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السياحة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البلدان العربية/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