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نشات السياحية والفند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يد منير عب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991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فنادق/ ادارة الفنادق/ صناعة السياح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