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التجارة الدولية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جاسم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عمان/ التكتل الاقتصادي/ الاستراد/ التصدير/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