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: اساسيات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سعاد نائف برنوطي/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9789957111618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