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اساليب 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ماجد محمد الخياط/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9789957544041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البحث العلمي/ أساليب البحث/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