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المالي: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الضمانات/ عقد الاعتماد/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