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التاجير التمويلي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 التجارى/ التاجير/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