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غسيل الاموال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غسيل الاموال/ علم النفس/ الجريمة/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