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الحديثة للمخازن والمشتريات : ادارة سلسلة التوريد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الستار محمد العلي/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9789957111656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ادارة المواد/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