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 : مفاهيمها- مداخلها - عملياتها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فلاح حسن الحسيني/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9789957110772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الادارة الاستراتيجية/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