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الانتاج والعمليات : مدخل كمي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الستار محمد العلي/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9789957110918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مراقبة الانتاج/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