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 : ادارة الافراد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 نائف برنوطي/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9789957111885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