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المنظمة : الهيكل والتصميم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سعيد السالم/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تنافسية المنظمات/ نظرية المنظمة/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