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والمسؤولية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المسؤولية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