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انظمة ادارة الجودة والبيئة : iso 9000 - iso 14000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محمد عبد الوهاب العزاوي/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وائل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254ص.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658191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ادارة الجودة/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