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الاستثمارات : الاطار النظري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الاسواق المالية/ محاسبة الاستثمارات/ السندات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