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المعجم الموجز لمصطلحات التمويل : انجليزي - 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03067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