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العمليات المصرفية الاسلامية : الطرق المحاسبية الحديثة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خالد أمين عبد الله/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9789957117078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العمليات المصرفية/ الاقتصاد الاسلامي/ البنوك الاسلامية/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