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شبكات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الانترنيت/ الحواسيب/ الشبكات/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