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تجارة التجزئة ( المفهوم والممارسات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9789957115265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تجارة التجزئة/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