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المحلية ( مداخل التطوير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صفوان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9789957125615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المحلية/ المملكة الاردنية/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