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المعلومات التسويقية ( مدخل اتخاد القرار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قاشي/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اتخاذ القرار/ نظام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