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الانتاج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الغفور حسن كنعان المعماري/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9789957118549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الاداري الاقتصاد/ الانتاج الصناعي/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