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الصيرفية الالكترونية : الادوات والتطبيقات ومعيقات التوسع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محاسبة البنوك التجارية/ الصيرفة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