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الدولي والعمليات المصرفية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غازي عبد الرزاق النقاش/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9789957111892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رأس المال/ العملات/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