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الاقتصاد الصناعي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مدحت القريشي/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وائل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316ص.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330237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الصناعة/ الاداري الاقتصاد/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