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مقدمة في التحليل الاقتصادي الجزئي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عفاف عبد الجبار سعيد/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330233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الاقتصاد الجزئي/ العلوم الاجتماعية/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