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التسويق : مدخل نظري وتطبيقي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بحوث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