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العمليات التسويقية ونشاطاتها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9789957123055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العمليات التسويقية/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