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تسويقية 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التخطيط التسويقي/ التجارة النقالة/ الصناعة الصيدلانية/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