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الاستراتيجية التسويقية وعملياتها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بن مويزة/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الادارة الاستراتيجية/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