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تسويق الخدمات : مدخل استراتيجي ، وظيفي ، تطبيقي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حميد الطائي/ بشير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9789957121549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تسويق الخدمات/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