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المنتجات وتسعيرها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9789957120986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التسعير/ المنتجات/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