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البيع الشخصي والتسويق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المباشر/ البيع الشخصي/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