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: في اطار نظم ذكاء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عامر عبد الرزاق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المعرفة/ ذكاء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