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ادارة الجودة الشاملة في التعليم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مهدي صالح مهدي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 العالي/ الجامعات/ المؤسسات التربوية/ جودة التربية/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