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الجودة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عبد العال النعيمي/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9789957121990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الخدمات/ الانتاج/ الجودة الشاملة/ العمليات/ ادارة الجودة/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