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في ميدان العلوم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العلوم الإدارية/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