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الاساليب الكمية/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