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الاحصاء وتطبيقات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عايد كريم عبدعون الكناني/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الإحصاء/ spss/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