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الاحصاء التطبيقي : اسلوب تحليلي باستخدام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أموري هادي كاظم/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9786589098010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البيانات الإحصائية/ الإرتباط (إحصاء)/ التشتت الإحصائي/ نظرية الإحتمالات/ الأرقام القياسية/ الجداول الإحصائية/ أس بي أس أس/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