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وظائف منظمات الاعمال : مدخل 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فريد فهمي زيارة/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09789957122256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منظمات الاعمال/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