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: المنظورين التقليدي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7899957123367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محاسبة التكاليف/ الاتجاهات الحديثة/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