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الصناعة المصرفية الاسلامية : مداخل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9789957125660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