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وو دي لي سوي فو مين تشنغ 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الانظمة الاقتصادية/ الجغرافية الاقتصادية/ الصين/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