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التجارية : مدخل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أسعد حميد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9786589098010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الادارة المالية/ ادارة المخاطر/ التحوط/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