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الموازنات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عبد الرحمن الدوري/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الموازنة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