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المصرفية : في البنوك التجارية والاسلامية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فؤاد توفيق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البنوك الاسلامية/ محاسبة البنوك/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