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دولة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منذر الشاوي/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الدولة/ العراق/ القانون/ المجتمع/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