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الادرة العامة : المفاهيم والتطبيقات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حنا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658262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الادارة المعاصرة/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